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B3AB5" w14:textId="66AA11F8" w:rsidR="00D81047" w:rsidRDefault="00DD3254">
      <w:pPr>
        <w:jc w:val="center"/>
      </w:pPr>
      <w:r>
        <w:rPr>
          <w:i/>
        </w:rPr>
        <w:br/>
      </w:r>
    </w:p>
    <w:p w14:paraId="71B7ED3F" w14:textId="77777777" w:rsidR="00D81047" w:rsidRDefault="00DD3254">
      <w:r>
        <w:br/>
        <w:t>October 2025</w:t>
      </w:r>
    </w:p>
    <w:p w14:paraId="38156C45" w14:textId="77777777" w:rsidR="00D81047" w:rsidRDefault="00DD3254">
      <w:r>
        <w:t>Dear Sirs,</w:t>
      </w:r>
    </w:p>
    <w:p w14:paraId="28E75993" w14:textId="77777777" w:rsidR="00D81047" w:rsidRDefault="00DD3254" w:rsidP="00DD3254">
      <w:r>
        <w:rPr>
          <w:b/>
        </w:rPr>
        <w:t>Subject: Invitation and Support for Funding – Attendance at the 2026 HTLV Conference, Pennsylvania, USA</w:t>
      </w:r>
    </w:p>
    <w:p w14:paraId="4E643352" w14:textId="6B8A8C0B" w:rsidR="00D81047" w:rsidRDefault="00DD3254">
      <w:r>
        <w:t xml:space="preserve">This letter serves to formally invite </w:t>
      </w:r>
      <w:r w:rsidRPr="00DD3254">
        <w:rPr>
          <w:b/>
          <w:bCs/>
        </w:rPr>
        <w:t>[Enter guest full name]</w:t>
      </w:r>
      <w:r>
        <w:t xml:space="preserve">, </w:t>
      </w:r>
      <w:r>
        <w:t>to attend the 2026 International Conference on Human Retrovirology (HTLV Conference), to be held from June 3rd–6th, 2026, in Pennsylvania, USA.</w:t>
      </w:r>
      <w:r>
        <w:br/>
      </w:r>
      <w:r>
        <w:br/>
        <w:t>The biennial International Conference on Human Retrovirology has been held for over 40 years and is recognized as the foremost international meeting for basic science and clinical research on Human T-cell Leukemia Virus (HTLV) infection and its associated diseases. The conference aims to promote research, collaboration, and education in the field of human retroviro</w:t>
      </w:r>
      <w:r>
        <w:t>logy at a global level.</w:t>
      </w:r>
      <w:r>
        <w:br/>
      </w:r>
      <w:r>
        <w:br/>
        <w:t xml:space="preserve">We are pleased to extend this invitation to </w:t>
      </w:r>
      <w:r w:rsidRPr="00DD3254">
        <w:rPr>
          <w:b/>
          <w:bCs/>
        </w:rPr>
        <w:t>[Name of delegate]</w:t>
      </w:r>
      <w:r>
        <w:t xml:space="preserve"> to participate in this important meeting. The conference will include plenary lectures, symposia, and poster sessions featuring world-leading experts in HTLV and related research fields. Registration covers access to all sessions, meeting materials, refreshments, and lunch throughout the event.</w:t>
      </w:r>
      <w:r>
        <w:br/>
      </w:r>
      <w:r>
        <w:br/>
        <w:t xml:space="preserve">We fully endorse [Name of delegate]’s attendance and strongly encourage any institution, organization, or funding body to provide financial support to enable their participation. Attendance at this conference will </w:t>
      </w:r>
      <w:r>
        <w:t>provide valuable professional development opportunities, promote international collaboration, and contribute to advancing HTLV research capacity in their home country.</w:t>
      </w:r>
      <w:r>
        <w:br/>
      </w:r>
      <w:r>
        <w:br/>
      </w:r>
      <w:r>
        <w:br/>
        <w:t>Thank you for your attention and support. Please do not hesitate to contact us should you require any further information.</w:t>
      </w:r>
      <w:r>
        <w:br/>
      </w:r>
    </w:p>
    <w:p w14:paraId="75119F3C" w14:textId="77777777" w:rsidR="00D81047" w:rsidRDefault="00DD3254">
      <w:r>
        <w:t>Yours faithfully,</w:t>
      </w:r>
    </w:p>
    <w:p w14:paraId="4016C7D1" w14:textId="65C85ACC" w:rsidR="00D81047" w:rsidRDefault="00DD3254">
      <w:r>
        <w:t>Professor Pooja Jain</w:t>
      </w:r>
      <w:r>
        <w:br/>
        <w:t>Chair, HTLV Conference 2026</w:t>
      </w:r>
      <w:r>
        <w:br/>
        <w:t>Philadelphia, Pennsylvania, USA</w:t>
      </w:r>
      <w:r>
        <w:br/>
      </w:r>
    </w:p>
    <w:sectPr w:rsidR="00D81047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34EAA" w14:textId="77777777" w:rsidR="00DD3254" w:rsidRDefault="00DD3254" w:rsidP="00DD3254">
      <w:pPr>
        <w:spacing w:after="0" w:line="240" w:lineRule="auto"/>
      </w:pPr>
      <w:r>
        <w:separator/>
      </w:r>
    </w:p>
  </w:endnote>
  <w:endnote w:type="continuationSeparator" w:id="0">
    <w:p w14:paraId="2396EB26" w14:textId="77777777" w:rsidR="00DD3254" w:rsidRDefault="00DD3254" w:rsidP="00DD32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489A2" w14:textId="77777777" w:rsidR="00DD3254" w:rsidRDefault="00DD3254" w:rsidP="00DD3254">
      <w:pPr>
        <w:spacing w:after="0" w:line="240" w:lineRule="auto"/>
      </w:pPr>
      <w:r>
        <w:separator/>
      </w:r>
    </w:p>
  </w:footnote>
  <w:footnote w:type="continuationSeparator" w:id="0">
    <w:p w14:paraId="48D99274" w14:textId="77777777" w:rsidR="00DD3254" w:rsidRDefault="00DD3254" w:rsidP="00DD32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5D680" w14:textId="2AA2562D" w:rsidR="00DD3254" w:rsidRDefault="00DD3254">
    <w:pPr>
      <w:pStyle w:val="Header"/>
    </w:pPr>
    <w:r>
      <w:rPr>
        <w:noProof/>
      </w:rPr>
      <w:drawing>
        <wp:inline distT="0" distB="0" distL="0" distR="0" wp14:anchorId="30D0B705" wp14:editId="5F24962F">
          <wp:extent cx="5486400" cy="457200"/>
          <wp:effectExtent l="0" t="0" r="0" b="0"/>
          <wp:docPr id="165630420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6304208" name="Picture 165630420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86400" cy="457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88897312">
    <w:abstractNumId w:val="8"/>
  </w:num>
  <w:num w:numId="2" w16cid:durableId="941062751">
    <w:abstractNumId w:val="6"/>
  </w:num>
  <w:num w:numId="3" w16cid:durableId="1519930195">
    <w:abstractNumId w:val="5"/>
  </w:num>
  <w:num w:numId="4" w16cid:durableId="1746029923">
    <w:abstractNumId w:val="4"/>
  </w:num>
  <w:num w:numId="5" w16cid:durableId="465662040">
    <w:abstractNumId w:val="7"/>
  </w:num>
  <w:num w:numId="6" w16cid:durableId="1533883166">
    <w:abstractNumId w:val="3"/>
  </w:num>
  <w:num w:numId="7" w16cid:durableId="476191894">
    <w:abstractNumId w:val="2"/>
  </w:num>
  <w:num w:numId="8" w16cid:durableId="1593314564">
    <w:abstractNumId w:val="1"/>
  </w:num>
  <w:num w:numId="9" w16cid:durableId="502354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81047"/>
    <w:rsid w:val="00DD3254"/>
    <w:rsid w:val="00EA16B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C540EAF"/>
  <w14:defaultImageDpi w14:val="300"/>
  <w15:docId w15:val="{A23D9BB6-80D9-4C7B-B324-B4586A1D1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233</Words>
  <Characters>1466</Characters>
  <Application>Microsoft Office Word</Application>
  <DocSecurity>0</DocSecurity>
  <Lines>36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April Jieamtarvorn</cp:lastModifiedBy>
  <cp:revision>2</cp:revision>
  <dcterms:created xsi:type="dcterms:W3CDTF">2025-10-23T08:12:00Z</dcterms:created>
  <dcterms:modified xsi:type="dcterms:W3CDTF">2025-10-23T08:12:00Z</dcterms:modified>
  <cp:category/>
</cp:coreProperties>
</file>